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Гарантийное письмо об оплате</w:t>
      </w:r>
    </w:p>
    <w:p>
      <w:r>
        <w:rPr>
          <w:i/>
          <w:color w:val="808080"/>
          <w:sz w:val="16"/>
        </w:rPr>
        <w:t>Образец-форма. Не является юридической консультацией; формулировки под вашу сделку сверьте с юристом.</w:t>
      </w:r>
    </w:p>
    <w:p/>
    <w:p>
      <w:r>
        <w:rPr>
          <w:b w:val="0"/>
        </w:rPr>
        <w:t>Кому: [кредитор — наименование, ИНН, адрес]</w:t>
      </w:r>
    </w:p>
    <w:p>
      <w:r>
        <w:rPr>
          <w:b w:val="0"/>
        </w:rPr>
        <w:t>От кого: [должник — наименование, ИНН, адрес]</w:t>
      </w:r>
    </w:p>
    <w:p>
      <w:r>
        <w:rPr>
          <w:b w:val="0"/>
        </w:rPr>
        <w:t>Исх. № [номер] от [дата]</w:t>
      </w:r>
    </w:p>
    <w:p/>
    <w:p>
      <w:pPr>
        <w:jc w:val="center"/>
      </w:pPr>
      <w:r>
        <w:rPr>
          <w:b/>
        </w:rPr>
        <w:t>ГАРАНТИЙНОЕ ПИСЬМО</w:t>
      </w:r>
    </w:p>
    <w:p/>
    <w:p>
      <w:r>
        <w:rPr>
          <w:b w:val="0"/>
        </w:rPr>
        <w:t>[должник] подтверждает наличие задолженности перед [кредитор] по [договору № … от … / счёту № … от …] в размере [сумма] ₽ ([сумма прописью]).</w:t>
      </w:r>
    </w:p>
    <w:p>
      <w:r>
        <w:rPr>
          <w:b w:val="0"/>
        </w:rPr>
        <w:t>Обязуемся погасить задолженность в срок до [дата] [или по графику ниже]:</w:t>
      </w:r>
    </w:p>
    <w:p>
      <w:r>
        <w:rPr>
          <w:b w:val="0"/>
        </w:rPr>
        <w:t>[дата] — [сумма] ₽;  [дата] — [сумма] ₽;  [дата] — [сумма] ₽.</w:t>
      </w:r>
    </w:p>
    <w:p/>
    <w:p>
      <w:r>
        <w:rPr>
          <w:b w:val="0"/>
        </w:rPr>
        <w:t>Оплата будет произведена по реквизитам [кредитор]: [расчётный счёт, банк, БИК].</w:t>
      </w:r>
    </w:p>
    <w:p/>
    <w:p>
      <w:r>
        <w:rPr>
          <w:b w:val="0"/>
        </w:rPr>
        <w:t>[должность] [ФИО]  ______________ / подпись /  М.П.   [дата]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