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Исх. № [___] от [дд.мм.гггг]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Кому: [должность руководителя] [полное наименование поставщика], ИНН [__________], [Фамилия И. О.]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От: [полное наименование покупателя], ИНН [__________], КПП [_________], адрес: [индекс, город, улица, дом, офис]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Письмо о зачёте переплаты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в оплату другого счёта или будущих поставок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[Наименование покупателя] по платёжному поручению № [___] от [дд.мм.гггг] перечислило [наименование поставщика] [сумма] руб. в оплату счёта № [___] от [дд.мм.гггг] на сумму [сумма] руб. [по договору № ___ от ________]. Переплата по счёту составила [сумма цифрами] руб. ([сумма прописью]).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Причина переплаты: [ошибка в сумме платежа] / [повторная оплата счёта платёжным поручением № ___ от ________] / [уменьшение стоимости поставки после оплаты].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засчитать излишне перечисленные [сумма] руб. (оставьте один вариант):</w:t>
      </w:r>
    </w:p>
    <w:p>
      <w:pPr>
        <w:spacing w:before="0" w:after="6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>• в оплату счёта № [___] от [дд.мм.гггг] на сумму [сумма] руб.;</w:t>
      </w:r>
    </w:p>
    <w:p>
      <w:pPr>
        <w:spacing w:before="0" w:after="6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>• в счёт оплаты следующих поставок по договору № [___] от [дд.мм.гггг].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подтвердить согласие с зачётом отметкой на этом письме или ответным письмом до [дд.мм.гггг] и отразить зачёт в следующем счёте и акте сверки взаимных расчётов.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Приложение: копия платёжного поручения № [___] от [дд.мм.гггг] на [__] л.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Поставщик: согласие на зачёт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С зачётом согласны. [наименование]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[дд.мм.гггг]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[дд.мм.гггг]</w:t>
            </w:r>
          </w:p>
        </w:tc>
      </w:tr>
    </w:tbl>
    <w:p>
      <w:pPr>
        <w:spacing w:before="0" w:after="80"/>
        <w:jc w:val="left"/>
      </w:pP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[Фамилия И. О.], тел. [___], e-mail [___]</w:t>
      </w:r>
      <w:r>
        <w:br w:type="page"/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Исх. № [___] от [дд.мм.гггг]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Кому: [должность руководителя] [полное наименование поставщика], ИНН [__________], [Фамилия И. О.]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От: [полное наименование покупателя], ИНН [__________], КПП [_________], адрес: [индекс, город, улица, дом, офис]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Письмо о возврате переплаты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по счёту № [___] от [дд.мм.гггг]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[Наименование покупателя] по платёжному поручению № [___] от [дд.мм.гггг] перечислило [наименование поставщика] [сумма] руб. в оплату счёта № [___] от [дд.мм.гггг] на сумму [сумма] руб. [по договору № ___ от ________]. Переплата по счёту составила [сумма цифрами] руб. ([сумма прописью]).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Причина переплаты: [ошибка в сумме платежа] / [повторная оплата счёта платёжным поручением № ___ от ________] / [уменьшение стоимости поставки после оплаты].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вернуть излишне перечисленные [сумма] руб. до [дд.мм.гггг] по реквизитам: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Реквизит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Значение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Получатель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[полное наименование покупателя]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ИНН / КПП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[__________] / [_________]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Расчётный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[____________________]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Банк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[наименование банка]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Корреспондентский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[____________________]</w:t>
            </w:r>
          </w:p>
        </w:tc>
      </w:tr>
    </w:tbl>
    <w:p>
      <w:pPr>
        <w:spacing w:before="0" w:after="40"/>
        <w:jc w:val="left"/>
      </w:pP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 назначении платежа просим указать: «Возврат излишне перечисленных средств по платёжному поручению № [___] от [дд.мм.гггг] по счёту № [___], [в т. ч. НДС ___% — ____ руб. / без НДС]».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Основание: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[пункт ___ договора № ___ от ________ — если договор регулирует возврат переплаты;] статьи 1102 и 1103 Гражданского кодекса РФ.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Приложение: копия платёжного поручения № [___] от [дд.мм.гггг] на [__] л.; [акт сверки взаимных расчётов на дд.мм.гггг — если подписан].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[Должность]          _______________ / [Фамилия И. О.] /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[по доверенности № ___ от ________ — если подписывает представитель]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[дд.мм.гггг]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[Фамилия И. О.], тел. [___], e-mail [___]</w:t>
      </w: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Что делать с переплатой по счёту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Распечатайте письма на бланке покупателя, замените квадратные скобки своими данными и удалите лишние варианты.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Сверьте сумму.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Сопоставьте платёжные поручения со счетами и подпишите акт сверки: переплата в нём стоит сальдо в пользу покупателя.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Выберите зачёт или возврат.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Зачёт удобен при регулярных поставках, возврат — при разовой сделке или если покупатель требует деньги обратно.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Зачёт — только с согласием поставщика.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Нужна отметка «С зачётом согласны» на письме или ответное письмо: перенести уже зачисленный платёж на другой счёт одним письмом покупателя нельзя.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Покажите зачёт в следующем счёте.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Стоимость поставки, зачтённая сумма со ссылкой на письмо, сумма к оплате.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Свяжите возврат с исходным платежом.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В назначении — номер и дата платёжного поручения, номер счёта, слова «возврат излишне перечисленных средств».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Проверьте НДС.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Если поставщик платит НДС и оставил излишек в счёт будущих поставок, налог с излишка начисляют как с аванса, на день поступления денег. В назначении возврата пишут «в т. ч. НДС», если налог начисляли, и «без НДС», если не начисляли.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7. </w:t>
      </w:r>
      <w:r>
        <w:rPr>
          <w:rFonts w:ascii="Calibri" w:hAnsi="Calibri" w:eastAsia="Calibri"/>
          <w:b/>
          <w:i w:val="0"/>
          <w:color w:val="3A4250"/>
          <w:sz w:val="21"/>
        </w:rPr>
        <w:t>Следите за сроками.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Если срока нет в договоре, излишек возвращают в течение семи дней со дня требования. Проценты по ст. 395 ГК РФ начисляются с момента, когда поставщик узнал или должен был узнать о переплате. Требовать излишек покупатель может три года.</w:t>
      </w:r>
    </w:p>
    <w:p>
      <w:pPr>
        <w:spacing w:before="360" w:after="12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Образцы писем подготовлены сервисом «Сальдо» (saldio.ru) к статье saldio.ru/blog/pereplata-po-schetu. «Сальдо» не оказывает юридических услуг: письма — образцы для самостоятельного заполнения, они не учитывают условий вашего договора поставки, а налоговые последствия зачёта и возврата проверяет ваш бухгалтер.</w:t>
      </w:r>
    </w:p>
    <w:sectPr w:rsidR="00FC693F" w:rsidRPr="0006063C" w:rsidSect="00034616">
      <w:pgSz w:w="11906" w:h="16838"/>
      <w:pgMar w:top="1020" w:right="1134" w:bottom="102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Письма о зачёте и возврате переплаты по счёту</dc:title>
  <dc:subject>Образцы писем покупателя поставщику о переплате по счёту: зачёт и возврат</dc:subject>
  <dc:creator>Сальдо</dc:creator>
  <cp:keywords/>
  <dc:description/>
  <cp:lastModifiedBy>Сальдо</cp:lastModifiedBy>
  <cp:revision>1</cp:revision>
  <dcterms:created xsi:type="dcterms:W3CDTF">2026-10-17T07:03:54Z</dcterms:created>
  <dcterms:modified xsi:type="dcterms:W3CDTF">2026-10-17T07:03:54Z</dcterms:modified>
  <cp:category/>
</cp:coreProperties>
</file>