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Исх. № [___] от [дд.мм.гггг]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Кому: [полное наименование покупателя], ИНН [__________], [должность руководителя] [Фамилия И. О.]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От: [полное наименование поставщика], ИНН [__________], КПП [_________], адрес: [индекс, город, улица, дом, офис]</w:t>
      </w:r>
    </w:p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Письмо о смене банковских реквизитов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по договору № [___] от [дд.мм.гггг]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Сообщаем, что с [дд.мм.гггг] изменились банковские реквизиты [наименование поставщика]. С этой даты просим перечислять оплату по договору № [___] от [дд.мм.гггг] [и по всем другим договорам между нашими организациями] по следующим реквизитам: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Реквизит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Значение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Получатель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[полное наименование организации или ФИО предпринимателя]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ИНН / КПП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[__________] / [_________] (у ИП — только ИНН)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Расчётный счёт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[____________________]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Банк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[наименование банка, город]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БИК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[_________]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Корреспондентский счёт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[____________________]</w:t>
            </w:r>
          </w:p>
        </w:tc>
      </w:tr>
    </w:tbl>
    <w:p>
      <w:pPr>
        <w:spacing w:before="0" w:after="40"/>
        <w:jc w:val="left"/>
      </w:pP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Не изменились: [наименование, ИНН, КПП, адрес — оставьте то, что осталось прежним].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Прежние реквизиты: расчётный счёт [____________________] в [наименование банка], БИК [_________]. Счёт будет закрыт [дд.мм.гггг]; платежи, поступившие на него до этой даты, будут приняты в оплату.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Неоплаченные счета, которые просим оплатить по новым реквизитам (сумма и срок оплаты не меняются): № [___] от [дд.мм.гггг] на [сумма] руб.; № [___] от [дд.мм.гггг] на [сумма] руб.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Новые реквизиты можно подтвердить по телефону, указанному в договоре.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Просим подтвердить получение письма отметкой на его копии или ответным письмом до [дд.мм.гггг].</w:t>
      </w:r>
    </w:p>
    <w:p>
      <w:pPr>
        <w:keepNext/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Приложение: карточка предприятия в редакции от [дд.мм.гггг] на [__] л. [; дополнительное соглашение № ___ от ________ к договору — если договор меняется только допсоглашением]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19"/>
        <w:gridCol w:w="4819"/>
      </w:tblGrid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Поставщик (отправитель)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Покупатель: письмо получено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[наименование]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[наименование]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[по доверенности № ___ от ________ — если подписывает представитель]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Новые реквизиты внесены в учёт: [дд.мм.гггг]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Дата: [дд.мм.гггг]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Дата получения: [дд.мм.гггг]</w:t>
            </w:r>
          </w:p>
        </w:tc>
      </w:tr>
    </w:tbl>
    <w:p>
      <w:pPr>
        <w:spacing w:before="0" w:after="80"/>
        <w:jc w:val="left"/>
      </w:pP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Исполнитель: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[Фамилия И. О.], [должность]</w:t>
      </w:r>
      <w:r>
        <w:br w:type="page"/>
      </w:r>
    </w:p>
    <w:p>
      <w:pPr>
        <w:spacing w:before="0" w:after="200"/>
        <w:jc w:val="left"/>
      </w:pPr>
      <w:r>
        <w:rPr>
          <w:rFonts w:ascii="Calibri" w:hAnsi="Calibri" w:eastAsia="Calibri"/>
          <w:b w:val="0"/>
          <w:i/>
          <w:color w:val="6B7280"/>
          <w:sz w:val="17"/>
        </w:rPr>
        <w:t>Образец заполнения к примеру из статьи, где ООО «Ромашка» переходит в другой банк. Организации, ИНН, КПП, номера счетов, БИК и договор условные.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Исх. № 318 от 20.10.2026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Кому: ООО «Пример», ИНН [__________], генеральному директору [Фамилия И. О.]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От: ООО «Ромашка», ИНН 7700000000, КПП 770001001, адрес: [индекс, город, улица, дом, офис]</w:t>
      </w:r>
    </w:p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Письмо о смене банковских реквизитов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по договору № 17 от 12.01.2026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Сообщаем, что с 26.10.2026 изменились банковские реквизиты ООО «Ромашка». С этой даты просим перечислять оплату по договору поставки № 17 от 12.01.2026 по следующим реквизитам: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Реквизит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Значение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Получатель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Общество с ограниченной ответственностью «Ромашка»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ИНН / КПП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7700000000 / 770001001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Расчётный счёт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40702810000000000002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Банк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АО «Второй условный банк», г. Москва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БИК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040000002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Корреспондентский счёт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30101810000000000002</w:t>
            </w:r>
          </w:p>
        </w:tc>
      </w:tr>
    </w:tbl>
    <w:p>
      <w:pPr>
        <w:spacing w:before="0" w:after="40"/>
        <w:jc w:val="left"/>
      </w:pP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Не изменились: наименование, ИНН, КПП и адрес ООО «Ромашка».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Прежние реквизиты: расчётный счёт 40702810000000000001 в АО «Условный банк», БИК 040000001. Счёт будет закрыт 06.11.2026; платежи, поступившие на него до этой даты, будут приняты в оплату.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Неоплаченные счета, которые просим оплатить по новым реквизитам (сумма и срок оплаты не меняются): № 245 от 15.10.2026 на 154 000,00 руб.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Новые реквизиты можно подтвердить по телефону, указанному в договоре.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Просим подтвердить получение письма отметкой на его копии или ответным письмом до 23.10.2026.</w:t>
      </w:r>
    </w:p>
    <w:p>
      <w:pPr>
        <w:keepNext/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Приложение: карточка предприятия в редакции от 20.10.2026 на 1 л.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19"/>
        <w:gridCol w:w="4819"/>
      </w:tblGrid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Поставщик (отправитель)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Покупатель: письмо получено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ООО «Ромашка»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ООО «Пример»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Генеральный директор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Новые реквизиты внесены в учёт: [дд.мм.гггг]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Дата: 20.10.2026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Дата получения: [дд.мм.гггг]</w:t>
            </w:r>
          </w:p>
        </w:tc>
      </w:tr>
    </w:tbl>
    <w:p>
      <w:pPr>
        <w:spacing w:before="0" w:after="80"/>
        <w:jc w:val="left"/>
      </w:pP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Исполнитель: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[Фамилия И. О.], главный бухгалтер</w:t>
      </w:r>
      <w:r>
        <w:br w:type="page"/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Как проверить письмо о смене реквизитов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Пройдите эти шаги до того, как менять реквизиты поставщика в учётной программе и платить по ним.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1. </w:t>
      </w:r>
      <w:r>
        <w:rPr>
          <w:rFonts w:ascii="Calibri" w:hAnsi="Calibri" w:eastAsia="Calibri"/>
          <w:b/>
          <w:i w:val="0"/>
          <w:color w:val="3A4250"/>
          <w:sz w:val="21"/>
        </w:rPr>
        <w:t>Перезвоните поставщику.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Номер возьмите из договора или прошлой переписки и спросите знакомого сотрудника, менялся ли расчётный счёт и с какой даты. По номерам из самого письма не звоните.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2. </w:t>
      </w:r>
      <w:r>
        <w:rPr>
          <w:rFonts w:ascii="Calibri" w:hAnsi="Calibri" w:eastAsia="Calibri"/>
          <w:b/>
          <w:i w:val="0"/>
          <w:color w:val="3A4250"/>
          <w:sz w:val="21"/>
        </w:rPr>
        <w:t>Сравните адрес отправителя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с адресом из договора посимвольно. Другая буква в домене, другая зона или бесплатная почта вместо корпоративной — повод остановиться.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3. </w:t>
      </w:r>
      <w:r>
        <w:rPr>
          <w:rFonts w:ascii="Calibri" w:hAnsi="Calibri" w:eastAsia="Calibri"/>
          <w:b/>
          <w:i w:val="0"/>
          <w:color w:val="3A4250"/>
          <w:sz w:val="21"/>
        </w:rPr>
        <w:t>Сверьте ИНН и наименование получателя с выпиской ЕГРЮЛ.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Они должны совпасть с данными поставщика. Расчётного счёта в выписке нет: номер счёта подтверждает только звонок.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4. </w:t>
      </w:r>
      <w:r>
        <w:rPr>
          <w:rFonts w:ascii="Calibri" w:hAnsi="Calibri" w:eastAsia="Calibri"/>
          <w:b/>
          <w:i w:val="0"/>
          <w:color w:val="3A4250"/>
          <w:sz w:val="21"/>
        </w:rPr>
        <w:t>Проверьте подписанта.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Это руководитель по выписке или представитель с доверенностью. Скан подписи легко перенести из старого письма.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5. </w:t>
      </w:r>
      <w:r>
        <w:rPr>
          <w:rFonts w:ascii="Calibri" w:hAnsi="Calibri" w:eastAsia="Calibri"/>
          <w:b/>
          <w:i w:val="0"/>
          <w:color w:val="3A4250"/>
          <w:sz w:val="21"/>
        </w:rPr>
        <w:t>Не платите при тревожных признаках: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получатель — другая организация или физическое лицо; письмо торопит, просит не звонить или называет новый счёт временным. Если поставщик по телефону подтвердил, что оплату теперь получает другая организация, попросите у него письменное основание, например уведомление об уступке права требования.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6. </w:t>
      </w:r>
      <w:r>
        <w:rPr>
          <w:rFonts w:ascii="Calibri" w:hAnsi="Calibri" w:eastAsia="Calibri"/>
          <w:b/>
          <w:i w:val="0"/>
          <w:color w:val="3A4250"/>
          <w:sz w:val="21"/>
        </w:rPr>
        <w:t>Запишите подтверждение: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кто подтвердил смену, когда и по какому номеру. Храните запись вместе с письмом и только после этого меняйте реквизиты в программе.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Если деньги ушли по подложным реквизитам, в тот же день сообщите своему банку, подайте заявление в полицию и направьте владельцу счёта требование вернуть деньги.</w:t>
      </w:r>
    </w:p>
    <w:p>
      <w:pPr>
        <w:spacing w:before="360" w:after="80"/>
        <w:jc w:val="left"/>
      </w:pPr>
      <w:r>
        <w:rPr>
          <w:rFonts w:ascii="Calibri" w:hAnsi="Calibri" w:eastAsia="Calibri"/>
          <w:b w:val="0"/>
          <w:i w:val="0"/>
          <w:color w:val="6B7280"/>
          <w:sz w:val="16"/>
        </w:rPr>
        <w:t>Бланк, образец и памятка подготовлены сервисом «Сальдо» (saldio.ru) к статье saldio.ru/blog/pismo-o-smene-rekvizitov. «Сальдо» не оказывает юридических услуг: бланк и образец — для самостоятельного заполнения, памятка — общие рекомендации; условий вашего договора они не учитывают. Порядок изменения реквизитов и последствия платежа по неверным реквизитам оцените вместе с вашим юристом.</w:t>
      </w:r>
    </w:p>
    <w:sectPr w:rsidR="00FC693F" w:rsidRPr="0006063C" w:rsidSect="00034616">
      <w:pgSz w:w="11906" w:h="16838"/>
      <w:pgMar w:top="680" w:right="1134" w:bottom="68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52" w:lineRule="auto"/>
    </w:pPr>
    <w:rPr>
      <w:rFonts w:ascii="Calibri" w:hAnsi="Calibri"/>
      <w:color w:val="0F11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111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11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F111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смене банковских реквизитов</dc:title>
  <dc:subject>Бланк и образец письма поставщика покупателям о смене банковских реквизитов, памятка покупателю</dc:subject>
  <dc:creator>Сальдо</dc:creator>
  <cp:keywords/>
  <dc:description/>
  <cp:lastModifiedBy>Сальдо</cp:lastModifiedBy>
  <cp:revision>1</cp:revision>
  <dcterms:created xsi:type="dcterms:W3CDTF">2026-10-29T07:09:36Z</dcterms:created>
  <dcterms:modified xsi:type="dcterms:W3CDTF">2026-10-29T07:09:36Z</dcterms:modified>
  <cp:category/>
</cp:coreProperties>
</file>