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Требование об оплате задолженности</w:t>
      </w:r>
    </w:p>
    <w:p>
      <w:r>
        <w:rPr>
          <w:i/>
          <w:color w:val="808080"/>
          <w:sz w:val="16"/>
        </w:rPr>
        <w:t>Образец-форма. Не является юридической консультацией; формулировки под вашу сделку сверьте с юристом.</w:t>
      </w:r>
    </w:p>
    <w:p/>
    <w:p>
      <w:r>
        <w:rPr>
          <w:b w:val="0"/>
        </w:rPr>
        <w:t>Кому: [должник — наименование, ИНН, адрес]</w:t>
      </w:r>
    </w:p>
    <w:p>
      <w:r>
        <w:rPr>
          <w:b w:val="0"/>
        </w:rPr>
        <w:t>От кого: [кредитор — наименование, ИНН, адрес]</w:t>
      </w:r>
    </w:p>
    <w:p>
      <w:r>
        <w:rPr>
          <w:b w:val="0"/>
        </w:rPr>
        <w:t>Исх. № [номер] от [дата]</w:t>
      </w:r>
    </w:p>
    <w:p/>
    <w:p>
      <w:pPr>
        <w:jc w:val="center"/>
      </w:pPr>
      <w:r>
        <w:rPr>
          <w:b/>
        </w:rPr>
        <w:t>ТРЕБОВАНИЕ ОБ ОПЛАТЕ</w:t>
      </w:r>
    </w:p>
    <w:p/>
    <w:p>
      <w:r>
        <w:rPr>
          <w:b w:val="0"/>
        </w:rPr>
        <w:t>По [договору № … от … / счёту № … от … / акту № … от …] у Вас образовалась задолженность перед [кредитор] в размере [сумма] ₽ ([сумма прописью]).</w:t>
      </w:r>
    </w:p>
    <w:p>
      <w:r>
        <w:rPr>
          <w:b w:val="0"/>
        </w:rPr>
        <w:t>Срок оплаты по [договору/счёту] наступил [дата]; по состоянию на [дата] оплата не поступила.</w:t>
      </w:r>
    </w:p>
    <w:p/>
    <w:p>
      <w:r>
        <w:rPr>
          <w:b w:val="0"/>
        </w:rPr>
        <w:t>Требуем погасить задолженность в срок до [дата — обычно 7–14 дней или срок по договору] по реквизитам:</w:t>
      </w:r>
    </w:p>
    <w:p>
      <w:r>
        <w:rPr>
          <w:b w:val="0"/>
        </w:rPr>
        <w:t>[расчётный счёт, банк, БИК, корр. счёт, назначение платежа]</w:t>
      </w:r>
    </w:p>
    <w:p/>
    <w:p>
      <w:r>
        <w:rPr>
          <w:b w:val="0"/>
        </w:rPr>
        <w:t>При неоплате в указанный срок [кредитор] вправе начислить неустойку в соответствии с [условиями договора / законодательством РФ] и направить досудебную претензию. Настоящее требование не является претензией в значении обязательного досудебного порядка.</w:t>
      </w:r>
    </w:p>
    <w:p/>
    <w:p>
      <w:r>
        <w:rPr>
          <w:b w:val="0"/>
        </w:rPr>
        <w:t>[должность] [ФИО]  ______________ / подпись /    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